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מטרדי העיר ופתרונות ירוקים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פקקים, ערפיח וחום – ואיך עיר ירוקה נושמת מחדש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מטרד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משהו שמפריע לחיים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רעש חזק של משאיות בלילה.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ערפיח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ענן אפור ומלוכלך מעל העיר.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שמיים אפורים מעל עיר בקיץ בלי רוח.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 חום עירוני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העיר חמה יותר מהשדות שסביבה.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לילה חם במרכז העיר וקריר בכפר.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פסולת מוצקה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הזבל שאנחנו זורקים.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שקיות, בקבוקים וקרטונים.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שפכים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מלוכלכים מהבתים.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 ביוב שזורמים למתקן טיהור.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ריאה ירוקה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פארק גדול בתוך העיר.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פארק עירוני עם עצים ואגם.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ציבורית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אוטובוס ורכבת לכולם.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רכבת קלה שעוברת במרכז העיר.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קיימות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לשמור על העולם גם בשביל הילדים של מחר.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מחזור, אנרגיית שמש ושבילי אופניים.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העיר הגדולה – גם בעיות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בעיר יש עבודה, לימודים וכיף. אבל יש בה גם הרבה מכוניות ואנשים. לכן יש בעיר מטרדים. מטרד הוא משהו שמפריע לחיים.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מכוניות ומפעלים מלכלכים את האוויר. ביום חם בלי רוח נוצר ענן אפור מעל העיר. אספלט ובטון מחממים את העיר. לכן בעיר חם יותר מאשר בשדות.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גם פתרונות ירוקים. אפשר לנסוע באוטובוס, ברכבת ובאופניים. אפשר למחזר אשפה ולשתול עצים. פארק גדול עוזר לעיר לנשום.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מטרד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הזבל שאנחנו זורקים.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ערפיח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ענן אפור ומלוכלך מעל העיר.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 חום עירוני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העיר חמה יותר מהשדות שסביבה.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פסולת מוצקה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משהו שמפריע לחיים בעיר.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שפכים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מים מלוכלכים מהבתים.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תחבורה ציבורית   ·   קיימות   ·   ריאה ירוקה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מחזור, אנרגיית שמש ושבילי אופניים.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רכבת קלה שעוברת במרכז העיר.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פארק עירוני עם עצים ואגם.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מטרד?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משהו שמפריע לחיים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מתנה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חג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משחק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מלכלך את האוויר בעיר?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מכוניות ומפעלים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פרחים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ציפורים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למה בעיר חם יותר מבשדות?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יש בה הרבה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יש בה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אספלט ובטון סופגים חום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יש בה נהרות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איזה פתרון עוזר להקטין פקקים?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עוד מכוניות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פחות אוטובוסים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לסגור תחנות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תחבורה ציבורית ואופניים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עוזר לעיר ״לנשום״?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פארק גדול עם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חניון ענק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עוד כביש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מגרש בטון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בעיר יש רק דברים טובים ואין בעיות.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עצים עוזרים לקרר את העיר.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מחזור עוזר להקטין את כמות הזבל.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ענן אפור מעל העיר טוב לנשימה.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מפריע לכם הכי הרבה ביישוב שלכם?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הכי מפריע לי...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פתרון ירוק אחד שאתם יכולים לעשות בעצמכם.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אני יכול או יכולה...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מטרדי העיר ופתרונות ירוקים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מטרד אחד בעיר.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למה בעיר חם יותר?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כתבו פתרון ירוק אחד.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מטרדי העיר ופתרונות ירוקים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