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2e9d5b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5: יישובים כפריים ועירוניים · חוברת קטנה</w:t>
      </w:r>
    </w:p>
    <w:p>
      <w:pPr>
        <w:pStyle w:val="Title"/>
        <w:bidi w:val="1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48"/>
          <w:rtl w:val="1"/>
          <w:bCs/>
          <w:szCs w:val="48"/>
        </w:rPr>
        <w:t xml:space="preserve">  ערי עולם</w:t>
      </w:r>
    </w:p>
    <w:p>
      <w:pPr>
        <w:bidi w:val="1"/>
        <w:spacing w:after="80"/>
        <w:jc w:val="right"/>
        <w:shd w:val="clear" w:color="auto" w:fill="444B5A"/>
      </w:pPr>
      <w:r>
        <w:rPr>
          <w:rFonts w:ascii="Assistant" w:hAnsi="Assistant" w:cs="Assistant"/>
          <w:b/>
          <w:color w:val="FFFFFF"/>
          <w:sz w:val="24"/>
          <w:rtl w:val="1"/>
          <w:bCs/>
          <w:szCs w:val="24"/>
        </w:rPr>
        <w:t xml:space="preserve">  מהדורה למורה · תשובות לשלוש הרמות: 🌱 בסיסי · 🚀 ז׳ רגיל · 🏆 מתקדם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התשובות מופיעות ראשונות. אחריהן: מהלך שיעור מוצע, בידול, משחקים לשיעור ופרטים לוודא.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🌱 תשובות – רמה בסיסית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עיר עולם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גלובליזציה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חברה רב-לאומית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מדדי עיר עולם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מבנה פעמון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קו המגדלים של תל אביב מהים.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 רקיע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רשת מזון מהיר שמגישה מנה מקומית.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עולמקומיות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שכונת יוקרה ליד שכונה צפופה וענייה.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בידול מרחבי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זו עיר עולם?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עיר שמחוברת לכל העולם ומשפיעה עליו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עיר עולם היא צומת של כסף, החלטות ואנשים.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 יש במרכז של עיר עולם?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מגדלים גבוהים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הקרקע במרכז יקרה, ולכן בונים לגובה.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 יש בכל עיר עולם?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שדה תעופה עם טיסות לכל מקום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עיר עולם מחוברת לעולם בטיסות רבות.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איזו מהערים היא עיר עולם?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לונדון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לונדון מחוברת לכל העולם.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איפה הבניינים נמוכים יותר בעיר עולם?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רחוק מהמרכז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ככל שמתרחקים מהמרכז, הבניינים נמוכים.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בערי עולם גרים רק אנשים עשירים.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בערי עולם גרים עשירים וגם עניים.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מערי עולם יוצאות החלטות שמשפיעות על מקומות רחוקים.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שם נמצאות הנהלות של חברות גדולות.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כל ערי העולם שוכחות לגמרי את התרבות המקומית שלהן.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כל עיר שומרת גם על משהו משלה.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במרכז עיר עולם יש מגדלים גבוהים.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כי הקרקע במרכז יקרה מאוד.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אילו הייתם מבקרים בעיר עולם, מה הייתם רוצים לראות?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הייתי רוצה לראות את המגדלים הגבוהים ואת המוזיאונים, כי מעולם לא הייתי במקום כל כך גדול.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כתבו דבר אחד מהעולם ודבר אחד מקומי שיש ביישוב שלכם.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מהעולם: מסעדת פיצה. מקומי: דוכן פלאפל ושוק ירקות.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מהי עיר עולם? · תנו דוגמה לעיר עולם. · מה יש במרכז של עיר עולם?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🚀 תשובות – רמת ז׳ רגילה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עיר עולם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גלובליזציה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חברה רב-לאומית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מדדי עיר עולם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מבנה פעמון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בידול מרחבי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קו המגדלים של תל אביב מהים.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 רקיע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רשת מזון מהיר שמגישה מנה מקומית.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עולמקומיות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שכונת יוקרה ליד שכונה צפופה וענייה.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בידול מרחבי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מגדלים במרכז העיר ובתים נמוכים בשוליים.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מבנה פעמון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קובע אם עיר היא עיר עולם?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ההשפעה שלה על הכלכלה הגלובלית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עיר קטנה יחסית יכולה להיות עיר עולם בזכות השפעתה.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איזה מדד משמש לדירוג ערי עולם?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מספר ההנהלות של חברות רב-לאומיות ובנקים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הנהלות בין-לאומיות מראות כמה העיר מחוברת לכלכלה העולמית.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מדוע נוצר ״מבנה פעמון״ בקו הרקיע?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כי הקרקע במרכז יקרה ובונים בו לגובה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מחיר הקרקע הגבוה במרכז מעודד בנייה לגובה.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מהו בידול מרחבי?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הפרדה בין קבוצות אוכלוסייה במרחב העיר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שכונות יוקרה ושכונות עוני נפרדות זו מזו.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איזו דוגמה מתאימה לעולמקומיות?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רשת מזון בין-לאומית שמגישה מנה מקומית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השילוב בין הגלובלי למקומי הוא עולמקומיות.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הגלובליזציה היא הסיבה העיקרית להתפתחות ערי העולם.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הקשרים בין מדינות יצרו צורך בצמתים מרכזיים.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מרכזי ערי עולם שונים לגמרי זה מזה במראה.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המרכזים נראים לעיתים כמעט זהים, עם מגדלים מודרניים דומים.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בערי עולם רבים מעובדי השירותים הם מהגרים.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והם גרים לעיתים בשכונות צפופות.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כדי להיות עיר עולם, עיר חייבת למנות לפחות 20 מיליון תושבים.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 שקובע הוא ההשפעה הגלובלית, לא רק מספר התושבים.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מנו שלושה מדדים לדירוג עיר עולם, והסבירו מה כל אחד מראה.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הנהלות של חברות רב-לאומיות – מראות שמהעיר מנהלים עסקים בעולם. נמל תעופה עם יעדים רבים – מראה חיבור פיזי לעולם. מוסדות תרבות וכנסים בין-לאומיים – מראים השפעה תרבותית.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הסבירו כיצד בידול מרחבי נוצר בעיר עולם.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שכר גבוה למנהלים ולאנשי מקצוע מאפשר להם לגור בשכונות יקרות. עובדי שירותים בשכר נמוך, רבים מהם מהגרים, יכולים לגור רק בשכונות זולות וצפופות, וכך נוצרת הפרדה.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האם עולמקומיות טובה לעיר? כתבו עמדה ונמקו בדוגמה.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לדעתי כן, כי היא מאפשרת ליהנות ממגוון עולמי ולשמור על זהות מקומית. לדוגמה, שוק עירוני ותיק שבו לצד מאכלים מקומיים יש דוכנים של מטבחים מהעולם.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מהי עיר עולם? · מהו מבנה פעמון? · תנו דוגמה לעולמקומיות.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🏆 תשובות – רמה מתקדמת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עיר עולם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גלובליזציה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חברה רב-לאומית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מדדי עיר עולם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מבנה פעמון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בידול מרחבי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7. עולמקומיות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8. קו רקיע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קו המגדלים של תל אביב מהים.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 רקיע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רשת מזון מהיר שמגישה מנה מקומית.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עולמקומיות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שכונת יוקרה ליד שכונה צפופה וענייה.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בידול מרחבי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מגדלים במרכז העיר ובתים נמוכים בשוליים.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מבנה פעמון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מגדיר עיר עולם לפי הקטע?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מידת השליטה וההשפעה על הכלכלה הגלובלית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השפעה, לא גודל, היא העיקר.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מהו ״קיטוב תעסוקתי״?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פער בין אנשי מקצוע בשכר גבוה לעובדי שירותים בשכר נמוך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כלכלת ערי העולם יוצרת שני קצוות של שכר.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 מבטא מבנה הפעמון?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את הקשר בין מחיר הקרקע לגובה הבנייה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מחיר קרקע גבוה במרכז מוביל לבנייה גבוהה.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מדוע שאלת היותה של תל אביב עיר עולם פתוחה לדיון?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כי יש לה קשרים עולמיים, אך היא קטנה מהערים שבראש הסולם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התשובה תלויה במדדים שבוחרים.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קורה לתושבים ותיקים כשהעיר מתייקרת?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הם נדחקים לשוליים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ההתייקרות מקשה עליהם להישאר.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קישוריות אווירית היא אחד המדדים לדירוג ערי עולם.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מספר היעדים והנוסעים מעיד על חיבור לעולם.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לפי הקטע, הכלכלה הגלובלית מתפזרת באופן שווה בכל הערים.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היא מתרכזת בכמה צמתים – ערי עולם.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שכונות עשירות ועניות בערי עולם נמצאות לעיתים במרחק קצר זו מזו.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זהו ביטוי חד של בידול מרחבי.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עולמקומיות פירושה מחיקה מלאה של התרבות המקומית.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עולמקומיות היא שילוב של הגלובלי עם המקומי.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נתחו בשרשרת סיבה ותוצאה כיצד הגלובליזציה מובילה לבידול מרחבי בעיר עולם.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גלובליזציה ← הנהלות ושירותים מתקדמים מתרכזים בעיר ← משרות בשכר גבוה לצד משרות שירות בשכר נמוך ← ביקוש לדיור יוקרה ועליית מחירים ← עובדי השירותים נדחקים לשכונות זולות וצפופות ← הפרדה מרחבית.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האם תל אביב היא עיר עולם? כתבו טיעון מבוסס עם לפחות שני מדדים בעד ושניים נגד, והכריעו.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בעד: ריכוז חברות טכנולוגיה ומשרדים של חברות בין-לאומיות; מע״ר עם מגדלים וקשרים עסקיים עולמיים. נגד: אוכלוסייה קטנה ביחס לערי הצמרת; נמל תעופה עם פחות יעדים מערי הצמרת. הכרעתי: עיר עולם בדרג בינוני.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השוו בין שתי ערי עולם לבחירתכם במבנה הפעמון ובעולמקומיות: מה דומה ומה שונה?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לונדון וטוקיו: בשתיהן מע״ר עם מגדלים ומבנה פעמון. שונה: בלונדון המגדלים לצד מבנים היסטוריים נמוכים; בטוקיו צפיפות מגדלים גבוהה יותר. עולמקומיות: בשתיהן רשתות בין-לאומיות לצד אוכל ומסורת מקומיים ייחודיים.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🏆 אתגר: בנו ״כרטיס דירוג״ לשלוש ערים (למשל תל אביב, עיר אירופית ועיר אסייתית): בחרו ארבעה מדדים, תנו לכל עיר ציון 1–5 בכל מדד על סמך מידע שמצאתם, חשבו ציון כולל והסבירו את הדירוג.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דוגמה למדדים: הנהלות בין-לאומיות, יעדי טיסה, מוסדות תרבות, כנסים. העיר האירופית מקבלת ציונים גבוהים בכל המדדים; תל אביב גבוהה בטכנולוגיה ובכנסים אך נמוכה בגודל ובטיסות. מסקנה: דרג בינוני.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כתבו שני מדדים לדירוג ערי עולם. · מהו קיטוב תעסוקתי? · מה דעתכם: האם תל אביב היא עיר עולם? משפט אחד.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🧭 מהלך שיעור מוצע (45 דקות)  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פתיחה (5 דק׳): משחק "איש תלוי" על אחד המושגים באתר, על הלוח הכיתתי.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מושגים וקריאה (15 דק׳): כל תלמיד/ה בחוברת ברמה המתאימה; קוראים בזוגות ומסמנים מושגים.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חלקים א׳–ב׳ (12 דק׳): עבודה עצמית ובדיקה בזוגות.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 ג׳ או "חידון מהיר" (10 דק׳): שיחה על שאלה פתוחה, או חידון כיתתי בקבוצות.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סיום (3 דק׳): כרטיס יציאה ✂.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בידול: 🌱 משפטים קצרים, מחסן מילים ומשפטי פתיחה · 🚀 קטע ארוך יותר ושלוש שאלות חשיבה · 🏆 קטע עשיר, השלמה בלי מחסן מילים ואתגר חוקרים. כל הרמות עובדות על אותם מושגים.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משחקים לשיעור: חידון מהיר (גם במצב לוח כיתתי), איש תלוי, טריוויה ב־3 רמות, התאמת מושגים, זיכרון ומרוץ נכון/לא נכון – https://geo-z-chovrot-tiny.sites.tab.bot/</w:t>
      </w:r>
    </w:p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🔎 לוודא לפני השיעור  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לונדון וניו יורק בראש דירוגי ערי העולם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 מהדירוגים מציבים את תל אביב בשכבה הבינונית של ערי העולם (דרג בטא)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נמל התעופה של אטלנטה מהעמוסים בעולם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בלונדון מדוברות יותר מ-300 שפות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בתחנת רכבת בטוקיו עוברים מיליוני נוסעים ביום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סינגפור מהנמלים העמוסים בעולם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מגדל אייפל – תוכנן להיות מפורק אחרי עשרים שנה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הכינוי ״התפוח הגדול״ נפוץ כמאה שנה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בתל אביב מאות מיזמים טכנולוגיים חדשים בכל שנה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ערי עולם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